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0"/>
      </w:pPr>
      <w:r>
        <w:rPr>
          <w:b/>
          <w:i w:val="0"/>
          <w:color w:val="12CC96"/>
          <w:sz w:val="24"/>
        </w:rPr>
        <w:t>Atelier Numérique</w:t>
      </w:r>
    </w:p>
    <w:p>
      <w:pPr>
        <w:spacing w:after="0"/>
      </w:pPr>
      <w:r>
        <w:rPr>
          <w:b w:val="0"/>
          <w:i w:val="0"/>
          <w:color w:val="6B7280"/>
          <w:sz w:val="18"/>
        </w:rPr>
        <w:t>SARL au capital de 5 000 € · 12 rue des Lilas, 69001 Lyon</w:t>
      </w:r>
    </w:p>
    <w:p>
      <w:pPr>
        <w:spacing w:after="0"/>
      </w:pPr>
      <w:r>
        <w:rPr>
          <w:b w:val="0"/>
          <w:i w:val="0"/>
          <w:color w:val="6B7280"/>
          <w:sz w:val="18"/>
        </w:rPr>
        <w:t>SIRET 123 456 789 00012 · Code APE 6201Z</w:t>
      </w:r>
    </w:p>
    <w:p>
      <w:pPr>
        <w:spacing w:after="520"/>
      </w:pPr>
    </w:p>
    <w:p>
      <w:pPr>
        <w:spacing w:after="80"/>
        <w:jc w:val="center"/>
      </w:pPr>
      <w:r>
        <w:rPr>
          <w:b/>
          <w:i w:val="0"/>
          <w:color w:val="1B2B3A"/>
          <w:sz w:val="40"/>
        </w:rPr>
        <w:t>CERTIFICAT DE TRAVAIL</w:t>
      </w:r>
    </w:p>
    <w:p>
      <w:pPr>
        <w:pBdr>
          <w:bottom w:val="single" w:sz="6" w:space="1" w:color="D1D5DB"/>
        </w:pBdr>
      </w:pPr>
    </w:p>
    <w:p>
      <w:pPr>
        <w:spacing w:after="200"/>
      </w:pPr>
    </w:p>
    <w:p>
      <w:pPr>
        <w:spacing w:after="160"/>
        <w:jc w:val="both"/>
      </w:pPr>
      <w:r>
        <w:rPr>
          <w:sz w:val="21"/>
        </w:rPr>
        <w:t xml:space="preserve">Je soussigné(e) </w:t>
      </w:r>
      <w:r>
        <w:rPr>
          <w:b/>
          <w:color w:val="12CC96"/>
          <w:sz w:val="21"/>
        </w:rPr>
        <w:t>[prénom et nom du signataire]</w:t>
      </w:r>
      <w:r>
        <w:rPr>
          <w:sz w:val="21"/>
        </w:rPr>
        <w:t xml:space="preserve">, agissant en qualité de </w:t>
      </w:r>
      <w:r>
        <w:rPr>
          <w:b/>
          <w:color w:val="12CC96"/>
          <w:sz w:val="21"/>
        </w:rPr>
        <w:t>[fonction]</w:t>
      </w:r>
      <w:r>
        <w:rPr>
          <w:sz w:val="21"/>
        </w:rPr>
        <w:t xml:space="preserve"> de la société </w:t>
      </w:r>
      <w:r>
        <w:rPr>
          <w:b/>
          <w:color w:val="12CC96"/>
          <w:sz w:val="21"/>
        </w:rPr>
        <w:t>[Atelier Numérique]</w:t>
      </w:r>
      <w:r>
        <w:rPr>
          <w:sz w:val="21"/>
        </w:rPr>
        <w:t xml:space="preserve">, </w:t>
      </w:r>
      <w:r>
        <w:rPr>
          <w:b/>
          <w:color w:val="12CC96"/>
          <w:sz w:val="21"/>
        </w:rPr>
        <w:t>[forme juridique et capital]</w:t>
      </w:r>
      <w:r>
        <w:rPr>
          <w:sz w:val="21"/>
        </w:rPr>
        <w:t xml:space="preserve">, dont le siège est situé </w:t>
      </w:r>
      <w:r>
        <w:rPr>
          <w:b/>
          <w:color w:val="12CC96"/>
          <w:sz w:val="21"/>
        </w:rPr>
        <w:t>[adresse]</w:t>
      </w:r>
      <w:r>
        <w:rPr>
          <w:sz w:val="21"/>
        </w:rPr>
        <w:t xml:space="preserve">, immatriculée sous le numéro SIRET </w:t>
      </w:r>
      <w:r>
        <w:rPr>
          <w:b/>
          <w:color w:val="12CC96"/>
          <w:sz w:val="21"/>
        </w:rPr>
        <w:t>[123 456 789 00012]</w:t>
      </w:r>
      <w:r>
        <w:rPr>
          <w:sz w:val="21"/>
        </w:rPr>
        <w:t>,</w:t>
      </w:r>
    </w:p>
    <w:p>
      <w:pPr>
        <w:spacing w:after="160"/>
        <w:jc w:val="both"/>
      </w:pPr>
      <w:r>
        <w:rPr>
          <w:sz w:val="21"/>
        </w:rPr>
        <w:t xml:space="preserve">certifie que </w:t>
      </w:r>
      <w:r>
        <w:rPr>
          <w:b/>
          <w:color w:val="12CC96"/>
          <w:sz w:val="21"/>
        </w:rPr>
        <w:t>[Madame / Monsieur]</w:t>
      </w:r>
      <w:r>
        <w:rPr>
          <w:sz w:val="21"/>
        </w:rPr>
        <w:t xml:space="preserve"> </w:t>
      </w:r>
      <w:r>
        <w:rPr>
          <w:b/>
          <w:color w:val="12CC96"/>
          <w:sz w:val="21"/>
        </w:rPr>
        <w:t>[prénom et nom du salarié]</w:t>
      </w:r>
      <w:r>
        <w:rPr>
          <w:sz w:val="21"/>
        </w:rPr>
        <w:t xml:space="preserve"> a été employé(e) dans notre entreprise :</w:t>
      </w:r>
    </w:p>
    <w:tbl>
      <w:tblPr>
        <w:tblW w:type="auto" w:w="0"/>
        <w:tblLook w:firstColumn="1" w:firstRow="1" w:lastColumn="0" w:lastRow="0" w:noHBand="0" w:noVBand="1" w:val="04A0"/>
        <w:jc w:val="center"/>
        <w:tblBorders>
          <w:top w:val="single" w:sz="4" w:color="D1D5DB"/>
          <w:left w:val="single" w:sz="4" w:color="D1D5DB"/>
          <w:bottom w:val="single" w:sz="4" w:color="D1D5DB"/>
          <w:right w:val="single" w:sz="4" w:color="D1D5DB"/>
          <w:insideH w:val="single" w:sz="4" w:color="D1D5DB"/>
          <w:insideV w:val="single" w:sz="4" w:color="D1D5DB"/>
        </w:tblBorders>
      </w:tblPr>
      <w:tblGrid>
        <w:gridCol w:w="4592"/>
        <w:gridCol w:w="4592"/>
      </w:tblGrid>
      <w:tr>
        <w:tc>
          <w:tcPr>
            <w:tcW w:type="dxa" w:w="4649"/>
            <w:shd w:val="clear" w:color="auto" w:fill="D9EDDF"/>
          </w:tcPr>
          <w:p>
            <w:pPr>
              <w:spacing w:after="0"/>
            </w:pPr>
            <w:r>
              <w:rPr>
                <w:b/>
                <w:i w:val="0"/>
                <w:color w:val="1B2B3A"/>
                <w:sz w:val="19"/>
              </w:rPr>
              <w:t>Date d'entrée</w:t>
            </w:r>
          </w:p>
        </w:tc>
        <w:tc>
          <w:tcPr>
            <w:tcW w:type="dxa" w:w="4535"/>
          </w:tcPr>
          <w:p>
            <w:pPr>
              <w:spacing w:after="0"/>
            </w:pPr>
            <w:r>
              <w:rPr>
                <w:b/>
                <w:color w:val="12CC96"/>
                <w:sz w:val="20"/>
              </w:rPr>
              <w:t>[jj/mm/aaaa]</w:t>
            </w:r>
          </w:p>
        </w:tc>
      </w:tr>
      <w:tr>
        <w:tc>
          <w:tcPr>
            <w:tcW w:type="dxa" w:w="4649"/>
            <w:shd w:val="clear" w:color="auto" w:fill="D9EDDF"/>
          </w:tcPr>
          <w:p>
            <w:pPr>
              <w:spacing w:after="0"/>
            </w:pPr>
            <w:r>
              <w:rPr>
                <w:b/>
                <w:i w:val="0"/>
                <w:color w:val="1B2B3A"/>
                <w:sz w:val="19"/>
              </w:rPr>
              <w:t>Date de sortie (fin du préavis, effectué ou non)</w:t>
            </w:r>
          </w:p>
        </w:tc>
        <w:tc>
          <w:tcPr>
            <w:tcW w:type="dxa" w:w="4535"/>
          </w:tcPr>
          <w:p>
            <w:pPr>
              <w:spacing w:after="0"/>
            </w:pPr>
            <w:r>
              <w:rPr>
                <w:b/>
                <w:color w:val="12CC96"/>
                <w:sz w:val="20"/>
              </w:rPr>
              <w:t>[jj/mm/aaaa]</w:t>
            </w:r>
          </w:p>
        </w:tc>
      </w:tr>
    </w:tbl>
    <w:p>
      <w:pPr>
        <w:spacing w:after="80"/>
      </w:pPr>
    </w:p>
    <w:p>
      <w:pPr>
        <w:spacing w:after="120"/>
        <w:jc w:val="both"/>
      </w:pPr>
      <w:r>
        <w:rPr>
          <w:sz w:val="21"/>
        </w:rPr>
        <w:t>et y a occupé successivement les emplois suivants :</w:t>
      </w:r>
    </w:p>
    <w:tbl>
      <w:tblPr>
        <w:tblW w:type="auto" w:w="0"/>
        <w:tblLook w:firstColumn="1" w:firstRow="1" w:lastColumn="0" w:lastRow="0" w:noHBand="0" w:noVBand="1" w:val="04A0"/>
        <w:jc w:val="center"/>
        <w:tblBorders>
          <w:top w:val="single" w:sz="4" w:color="D1D5DB"/>
          <w:left w:val="single" w:sz="4" w:color="D1D5DB"/>
          <w:bottom w:val="single" w:sz="4" w:color="D1D5DB"/>
          <w:right w:val="single" w:sz="4" w:color="D1D5DB"/>
          <w:insideH w:val="single" w:sz="4" w:color="D1D5DB"/>
          <w:insideV w:val="single" w:sz="4" w:color="D1D5DB"/>
        </w:tblBorders>
      </w:tblPr>
      <w:tblGrid>
        <w:gridCol w:w="3061"/>
        <w:gridCol w:w="3061"/>
        <w:gridCol w:w="3061"/>
      </w:tblGrid>
      <w:tr>
        <w:tc>
          <w:tcPr>
            <w:tcW w:type="dxa" w:w="5783"/>
            <w:shd w:val="clear" w:color="auto" w:fill="D9EDDF"/>
          </w:tcPr>
          <w:p>
            <w:pPr>
              <w:spacing w:after="0"/>
            </w:pPr>
            <w:r>
              <w:rPr>
                <w:b/>
                <w:i w:val="0"/>
                <w:color w:val="1B2B3A"/>
                <w:sz w:val="18"/>
              </w:rPr>
              <w:t>Emploi occupé (intitulé, et classification si vous le souhaitez)</w:t>
            </w:r>
          </w:p>
        </w:tc>
        <w:tc>
          <w:tcPr>
            <w:tcW w:type="dxa" w:w="1701"/>
            <w:shd w:val="clear" w:color="auto" w:fill="D9EDDF"/>
          </w:tcPr>
          <w:p>
            <w:pPr>
              <w:spacing w:after="0"/>
              <w:jc w:val="center"/>
            </w:pPr>
            <w:r>
              <w:rPr>
                <w:b/>
                <w:i w:val="0"/>
                <w:color w:val="1B2B3A"/>
                <w:sz w:val="18"/>
              </w:rPr>
              <w:t>Du</w:t>
            </w:r>
          </w:p>
        </w:tc>
        <w:tc>
          <w:tcPr>
            <w:tcW w:type="dxa" w:w="1701"/>
            <w:shd w:val="clear" w:color="auto" w:fill="D9EDDF"/>
          </w:tcPr>
          <w:p>
            <w:pPr>
              <w:spacing w:after="0"/>
              <w:jc w:val="center"/>
            </w:pPr>
            <w:r>
              <w:rPr>
                <w:b/>
                <w:i w:val="0"/>
                <w:color w:val="1B2B3A"/>
                <w:sz w:val="18"/>
              </w:rPr>
              <w:t>Au</w:t>
            </w:r>
          </w:p>
        </w:tc>
      </w:tr>
      <w:tr>
        <w:trPr>
          <w:trHeight w:val="454"/>
        </w:trPr>
        <w:tc>
          <w:tcPr>
            <w:tcW w:type="dxa" w:w="5783"/>
          </w:tcPr>
          <w:p>
            <w:pPr>
              <w:spacing w:after="0"/>
            </w:pPr>
            <w:r>
              <w:rPr>
                <w:b/>
                <w:color w:val="12CC96"/>
                <w:sz w:val="20"/>
              </w:rPr>
              <w:t>[Assistante administrative]</w:t>
            </w:r>
          </w:p>
        </w:tc>
        <w:tc>
          <w:tcPr>
            <w:tcW w:type="dxa" w:w="1701"/>
          </w:tcPr>
          <w:p>
            <w:pPr>
              <w:spacing w:after="0"/>
            </w:pPr>
            <w:r>
              <w:rPr>
                <w:b/>
                <w:color w:val="12CC96"/>
                <w:sz w:val="20"/>
              </w:rPr>
              <w:t>[03/03/2025]</w:t>
            </w:r>
          </w:p>
        </w:tc>
        <w:tc>
          <w:tcPr>
            <w:tcW w:type="dxa" w:w="1701"/>
          </w:tcPr>
          <w:p>
            <w:pPr>
              <w:spacing w:after="0"/>
            </w:pPr>
            <w:r>
              <w:rPr>
                <w:b/>
                <w:color w:val="12CC96"/>
                <w:sz w:val="20"/>
              </w:rPr>
              <w:t>[30/06/2026]</w:t>
            </w:r>
          </w:p>
        </w:tc>
      </w:tr>
      <w:tr>
        <w:trPr>
          <w:trHeight w:val="454"/>
        </w:trPr>
        <w:tc>
          <w:tcPr>
            <w:tcW w:type="dxa" w:w="5783"/>
          </w:tcPr>
          <w:p>
            <w:pPr>
              <w:spacing w:after="0"/>
            </w:pPr>
            <w:r>
              <w:rPr>
                <w:b/>
                <w:color w:val="12CC96"/>
                <w:sz w:val="20"/>
              </w:rPr>
              <w:t>[Assistante de gestion]</w:t>
            </w:r>
          </w:p>
        </w:tc>
        <w:tc>
          <w:tcPr>
            <w:tcW w:type="dxa" w:w="1701"/>
          </w:tcPr>
          <w:p>
            <w:pPr>
              <w:spacing w:after="0"/>
            </w:pPr>
            <w:r>
              <w:rPr>
                <w:b/>
                <w:color w:val="12CC96"/>
                <w:sz w:val="20"/>
              </w:rPr>
              <w:t>[01/07/2026]</w:t>
            </w:r>
          </w:p>
        </w:tc>
        <w:tc>
          <w:tcPr>
            <w:tcW w:type="dxa" w:w="1701"/>
          </w:tcPr>
          <w:p>
            <w:pPr>
              <w:spacing w:after="0"/>
            </w:pPr>
            <w:r>
              <w:rPr>
                <w:b/>
                <w:color w:val="12CC96"/>
                <w:sz w:val="20"/>
              </w:rPr>
              <w:t>[jj/mm/aaaa]</w:t>
            </w:r>
          </w:p>
        </w:tc>
      </w:tr>
      <w:tr>
        <w:trPr>
          <w:trHeight w:val="454"/>
        </w:trPr>
        <w:tc>
          <w:tcPr>
            <w:tcW w:type="dxa" w:w="5783"/>
          </w:tcPr>
          <w:p>
            <w:pPr>
              <w:spacing w:after="0"/>
            </w:pPr>
          </w:p>
        </w:tc>
        <w:tc>
          <w:tcPr>
            <w:tcW w:type="dxa" w:w="1701"/>
          </w:tcPr>
          <w:p>
            <w:pPr>
              <w:spacing w:after="0"/>
            </w:pPr>
          </w:p>
        </w:tc>
        <w:tc>
          <w:tcPr>
            <w:tcW w:type="dxa" w:w="1701"/>
          </w:tcPr>
          <w:p>
            <w:pPr>
              <w:spacing w:after="0"/>
            </w:pPr>
          </w:p>
        </w:tc>
      </w:tr>
    </w:tbl>
    <w:p>
      <w:pPr>
        <w:spacing w:after="80"/>
      </w:pPr>
    </w:p>
    <w:p>
      <w:pPr>
        <w:spacing w:after="160"/>
        <w:jc w:val="both"/>
      </w:pPr>
      <w:r>
        <w:rPr>
          <w:b/>
          <w:color w:val="12CC96"/>
          <w:sz w:val="21"/>
        </w:rPr>
        <w:t>[Madame / Monsieur]</w:t>
      </w:r>
      <w:r>
        <w:rPr>
          <w:sz w:val="21"/>
        </w:rPr>
        <w:t xml:space="preserve"> </w:t>
      </w:r>
      <w:r>
        <w:rPr>
          <w:b/>
          <w:color w:val="12CC96"/>
          <w:sz w:val="21"/>
        </w:rPr>
        <w:t>[nom]</w:t>
      </w:r>
      <w:r>
        <w:rPr>
          <w:sz w:val="21"/>
        </w:rPr>
        <w:t xml:space="preserve"> bénéficie du maintien à titre gratuit de ses garanties de complémentaire santé et de prévoyance, dans les conditions prévues à l'article L911-8 du Code de la sécurité sociale, </w:t>
      </w:r>
      <w:r>
        <w:rPr>
          <w:sz w:val="21"/>
        </w:rPr>
        <w:t xml:space="preserve">pendant sa période d'indemnisation par l'assurance chômage et dans la limite de la durée de son dernier contrat de travail, sans pouvoir excéder 12 mois. </w:t>
      </w:r>
      <w:r>
        <w:rPr>
          <w:sz w:val="21"/>
        </w:rPr>
        <w:t xml:space="preserve">Organisme assureur : </w:t>
      </w:r>
      <w:r>
        <w:rPr>
          <w:b/>
          <w:color w:val="12CC96"/>
          <w:sz w:val="21"/>
        </w:rPr>
        <w:t>[nom de la mutuelle ou de l'assureur]</w:t>
      </w:r>
      <w:r>
        <w:rPr>
          <w:sz w:val="21"/>
        </w:rPr>
        <w:t>.</w:t>
      </w:r>
    </w:p>
    <w:p>
      <w:pPr>
        <w:spacing w:after="280"/>
      </w:pPr>
      <w:r>
        <w:rPr>
          <w:b w:val="0"/>
          <w:i/>
          <w:color w:val="6B7280"/>
          <w:sz w:val="17"/>
        </w:rPr>
        <w:t>Si le salarié ne peut pas bénéficier de ce maintien (faute lourde, pas de droit aux allocations chômage), remplacez le paragraphe précédent par une phrase l'indiquant.</w:t>
      </w:r>
    </w:p>
    <w:p>
      <w:pPr>
        <w:spacing w:after="360"/>
        <w:jc w:val="both"/>
      </w:pPr>
      <w:r>
        <w:rPr>
          <w:sz w:val="21"/>
        </w:rPr>
        <w:t>Ce certificat est délivré pour servir et valoir ce que de droit.</w:t>
      </w:r>
    </w:p>
    <w:p>
      <w:pPr>
        <w:spacing w:after="360"/>
      </w:pPr>
      <w:r>
        <w:rPr>
          <w:sz w:val="21"/>
        </w:rPr>
        <w:t xml:space="preserve">Fait à </w:t>
      </w:r>
      <w:r>
        <w:rPr>
          <w:b/>
          <w:color w:val="12CC96"/>
          <w:sz w:val="21"/>
        </w:rPr>
        <w:t>[ville]</w:t>
      </w:r>
      <w:r>
        <w:rPr>
          <w:sz w:val="21"/>
        </w:rPr>
        <w:t xml:space="preserve">, le </w:t>
      </w:r>
      <w:r>
        <w:rPr>
          <w:b/>
          <w:color w:val="12CC96"/>
          <w:sz w:val="21"/>
        </w:rPr>
        <w:t>[date de remise]</w:t>
      </w:r>
      <w:r>
        <w:rPr>
          <w:sz w:val="21"/>
        </w:rPr>
        <w:t>, en deux exemplaires.</w:t>
      </w:r>
    </w:p>
    <w:tbl>
      <w:tblPr>
        <w:tblW w:type="auto" w:w="0"/>
        <w:tblLook w:firstColumn="1" w:firstRow="1" w:lastColumn="0" w:lastRow="0" w:noHBand="0" w:noVBand="1" w:val="04A0"/>
      </w:tblPr>
      <w:tblGrid>
        <w:gridCol w:w="4592"/>
        <w:gridCol w:w="4592"/>
      </w:tblGrid>
      <w:tr>
        <w:tc>
          <w:tcPr>
            <w:tcW w:type="dxa" w:w="4592"/>
          </w:tcPr>
          <w:p>
            <w:pPr>
              <w:spacing w:after="0"/>
            </w:pPr>
            <w:r>
              <w:rPr>
                <w:b/>
                <w:i w:val="0"/>
                <w:color w:val="1B2B3A"/>
                <w:sz w:val="20"/>
              </w:rPr>
              <w:t>Pour l'employeur</w:t>
            </w:r>
          </w:p>
        </w:tc>
        <w:tc>
          <w:tcPr>
            <w:tcW w:type="dxa" w:w="4592"/>
          </w:tcPr>
          <w:p>
            <w:pPr>
              <w:spacing w:after="0"/>
            </w:pPr>
            <w:r>
              <w:rPr>
                <w:b/>
                <w:i w:val="0"/>
                <w:color w:val="1B2B3A"/>
                <w:sz w:val="20"/>
              </w:rPr>
              <w:t>Reçu par le salarié (facultatif)</w:t>
            </w:r>
          </w:p>
        </w:tc>
      </w:tr>
      <w:tr>
        <w:trPr>
          <w:trHeight w:val="1701"/>
        </w:trPr>
        <w:tc>
          <w:tcPr>
            <w:tcW w:type="dxa" w:w="4592"/>
          </w:tcPr>
          <w:p>
            <w:r>
              <w:rPr>
                <w:i/>
                <w:color w:val="6B7280"/>
                <w:sz w:val="17"/>
              </w:rPr>
              <w:t>Nom, qualité, signature et cachet de l'entreprise</w:t>
            </w:r>
          </w:p>
        </w:tc>
        <w:tc>
          <w:tcPr>
            <w:tcW w:type="dxa" w:w="4592"/>
          </w:tcPr>
          <w:p>
            <w:r>
              <w:rPr>
                <w:i/>
                <w:color w:val="6B7280"/>
                <w:sz w:val="17"/>
              </w:rPr>
              <w:t>Date et signature</w:t>
            </w:r>
          </w:p>
        </w:tc>
      </w:tr>
    </w:tbl>
    <w:p>
      <w:r>
        <w:br w:type="page"/>
      </w:r>
    </w:p>
    <w:p>
      <w:pPr>
        <w:spacing w:after="160"/>
      </w:pPr>
      <w:r>
        <w:rPr>
          <w:b/>
          <w:i w:val="0"/>
          <w:color w:val="12CC96"/>
          <w:sz w:val="22"/>
        </w:rPr>
        <w:t>NOTICE : À SUPPRIMER AVANT DE REMETTRE LE CERTIFICAT</w:t>
      </w:r>
    </w:p>
    <w:p>
      <w:pPr>
        <w:spacing w:after="40"/>
      </w:pPr>
      <w:r>
        <w:rPr>
          <w:b/>
          <w:i w:val="0"/>
          <w:color w:val="1B2B3A"/>
          <w:sz w:val="20"/>
        </w:rPr>
        <w:t>Quand le remettre ?</w:t>
      </w:r>
    </w:p>
    <w:p>
      <w:pPr>
        <w:spacing w:after="160"/>
        <w:jc w:val="both"/>
      </w:pPr>
      <w:r>
        <w:rPr>
          <w:b w:val="0"/>
          <w:i w:val="0"/>
          <w:color w:val="1B2B3A"/>
          <w:sz w:val="19"/>
        </w:rPr>
        <w:t>À l'expiration du contrat de travail, c'est-à-dire à la fin du préavis, qu'il soit effectué ou non (art. L1234-19 du Code du travail). Le certificat est dû quel que soit le contrat (CDI, CDD, apprentissage) et le motif de la rupture (démission, licenciement, rupture conventionnelle, fin de CDD, retraite). Il est quérable : vous le tenez à la disposition du salarié dans l'entreprise, sans obligation de l'envoyer.</w:t>
      </w:r>
    </w:p>
    <w:p>
      <w:pPr>
        <w:spacing w:after="40"/>
      </w:pPr>
      <w:r>
        <w:rPr>
          <w:b/>
          <w:i w:val="0"/>
          <w:color w:val="1B2B3A"/>
          <w:sz w:val="20"/>
        </w:rPr>
        <w:t>Ce qui doit y figurer</w:t>
      </w:r>
    </w:p>
    <w:p>
      <w:pPr>
        <w:spacing w:after="160"/>
        <w:jc w:val="both"/>
      </w:pPr>
      <w:r>
        <w:rPr>
          <w:b w:val="0"/>
          <w:i w:val="0"/>
          <w:color w:val="1B2B3A"/>
          <w:sz w:val="19"/>
        </w:rPr>
        <w:t>La date d'entrée et la date de sortie, la nature du ou des emplois successivement occupés et les périodes correspondantes (art. D1234-6), ainsi que le maintien gratuit de la complémentaire santé et de la prévoyance (portabilité, art. L911-8 du Code de la sécurité sociale). En cas de transfert du contrat (rachat de l'entreprise), la date d'entrée est celle de l'embauche chez le premier employeur.</w:t>
      </w:r>
    </w:p>
    <w:p>
      <w:pPr>
        <w:spacing w:after="40"/>
      </w:pPr>
      <w:r>
        <w:rPr>
          <w:b/>
          <w:i w:val="0"/>
          <w:color w:val="1B2B3A"/>
          <w:sz w:val="20"/>
        </w:rPr>
        <w:t>Ce qui peut y figurer</w:t>
      </w:r>
    </w:p>
    <w:p>
      <w:pPr>
        <w:spacing w:after="160"/>
        <w:jc w:val="both"/>
      </w:pPr>
      <w:r>
        <w:rPr>
          <w:b w:val="0"/>
          <w:i w:val="0"/>
          <w:color w:val="1B2B3A"/>
          <w:sz w:val="19"/>
        </w:rPr>
        <w:t>L'identité de l'employeur (nom, adresse, signature) et celle du salarié. Le texte réglementaire limite le certificat aux mentions ci-dessus : n'ajoutez une mention favorable que si le salarié la demande, et jamais d'appréciation qui pourrait lui nuire.</w:t>
      </w:r>
    </w:p>
    <w:p>
      <w:pPr>
        <w:spacing w:after="40"/>
      </w:pPr>
      <w:r>
        <w:rPr>
          <w:b/>
          <w:i w:val="0"/>
          <w:color w:val="1B2B3A"/>
          <w:sz w:val="20"/>
        </w:rPr>
        <w:t>Ce qui est interdit</w:t>
      </w:r>
    </w:p>
    <w:p>
      <w:pPr>
        <w:spacing w:after="160"/>
        <w:jc w:val="both"/>
      </w:pPr>
      <w:r>
        <w:rPr>
          <w:b w:val="0"/>
          <w:i w:val="0"/>
          <w:color w:val="1B2B3A"/>
          <w:sz w:val="19"/>
        </w:rPr>
        <w:t>Toute mention discriminatoire ou qui pourrait nuire au salarié : motif de la rupture, litige en cours, absences, arrêts maladie, appréciation négative. Évitez aussi toute mention relative à une clause de non-concurrence.</w:t>
      </w:r>
    </w:p>
    <w:p>
      <w:pPr>
        <w:spacing w:after="40"/>
      </w:pPr>
      <w:r>
        <w:rPr>
          <w:b/>
          <w:i w:val="0"/>
          <w:color w:val="1B2B3A"/>
          <w:sz w:val="20"/>
        </w:rPr>
        <w:t>Si vous ne le remettez pas</w:t>
      </w:r>
    </w:p>
    <w:p>
      <w:pPr>
        <w:spacing w:after="160"/>
        <w:jc w:val="both"/>
      </w:pPr>
      <w:r>
        <w:rPr>
          <w:b w:val="0"/>
          <w:i w:val="0"/>
          <w:color w:val="1B2B3A"/>
          <w:sz w:val="19"/>
        </w:rPr>
        <w:t>L'absence de remise est punie de l'amende prévue pour les contraventions de 4e classe (art. R1238-3), soit 750 € au plus, et le salarié peut obtenir des dommages et intérêts devant le conseil de prud'hommes en cas de remise tardive.</w:t>
      </w:r>
    </w:p>
    <w:p>
      <w:pPr>
        <w:spacing w:after="40"/>
      </w:pPr>
      <w:r>
        <w:rPr>
          <w:b/>
          <w:i w:val="0"/>
          <w:color w:val="1B2B3A"/>
          <w:sz w:val="20"/>
        </w:rPr>
        <w:t>Les autres documents de fin de contrat</w:t>
      </w:r>
    </w:p>
    <w:p>
      <w:pPr>
        <w:spacing w:after="160"/>
        <w:jc w:val="both"/>
      </w:pPr>
      <w:r>
        <w:rPr>
          <w:b w:val="0"/>
          <w:i w:val="0"/>
          <w:color w:val="1B2B3A"/>
          <w:sz w:val="19"/>
        </w:rPr>
        <w:t>Le certificat de travail s'accompagne de l'attestation destinée à France Travail, du reçu pour solde de tout compte et, si le salarié a bénéficié d'épargne salariale, de l'état récapitulatif de ses avoirs.</w:t>
      </w:r>
    </w:p>
    <w:sectPr w:rsidR="00FC693F" w:rsidRPr="0006063C" w:rsidSect="00034616">
      <w:footerReference w:type="default" r:id="rId9"/>
      <w:pgSz w:w="11906" w:h="16838"/>
      <w:pgMar w:top="1134" w:right="1361" w:bottom="1134" w:left="136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color w:val="6B7280"/>
        <w:sz w:val="16"/>
      </w:rPr>
      <w:t>Modèle gratuit Digitiz · digitiz.fr/modeles/certificat-de-travail/</w:t>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style w:type="paragraph" w:default="1" w:styleId="Normal">
    <w:name w:val="Normal"/>
    <w:qFormat/>
    <w:rsid w:val="00FC693F"/>
    <w:pPr>
      <w:spacing w:after="120"/>
    </w:pPr>
    <w:rPr>
      <w:rFonts w:ascii="Arial" w:hAnsi="Arial" w:eastAsia="Arial"/>
      <w:color w:val="1B2B3A"/>
      <w:sz w:val="21"/>
    </w:rPr>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2" Type="http://schemas.openxmlformats.org/officeDocument/2006/relationships/numbering" Target="numbering.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